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СЧЁТ НА ОПЛАТУ № ________ от «____» ____________ 20___ г.</w:t>
      </w:r>
    </w:p>
    <w:p>
      <w:r>
        <w:rPr>
          <w:b/>
        </w:rPr>
        <w:t>Поставщик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2268"/>
          </w:tcPr>
          <w:p>
            <w:r>
              <w:t>Наименование</w:t>
            </w:r>
          </w:p>
        </w:tc>
        <w:tc>
          <w:tcPr>
            <w:tcW w:type="dxa" w:w="7370"/>
          </w:tcPr>
          <w:p/>
        </w:tc>
      </w:tr>
      <w:tr>
        <w:tc>
          <w:tcPr>
            <w:tcW w:type="dxa" w:w="2268"/>
          </w:tcPr>
          <w:p>
            <w:r>
              <w:t>ИНН</w:t>
            </w:r>
          </w:p>
        </w:tc>
        <w:tc>
          <w:tcPr>
            <w:tcW w:type="dxa" w:w="7370"/>
          </w:tcPr>
          <w:p/>
        </w:tc>
      </w:tr>
      <w:tr>
        <w:tc>
          <w:tcPr>
            <w:tcW w:type="dxa" w:w="2268"/>
          </w:tcPr>
          <w:p>
            <w:r>
              <w:t>ОКПО</w:t>
            </w:r>
          </w:p>
        </w:tc>
        <w:tc>
          <w:tcPr>
            <w:tcW w:type="dxa" w:w="7370"/>
          </w:tcPr>
          <w:p/>
        </w:tc>
      </w:tr>
      <w:tr>
        <w:tc>
          <w:tcPr>
            <w:tcW w:type="dxa" w:w="2268"/>
          </w:tcPr>
          <w:p>
            <w:r>
              <w:t>Адрес</w:t>
            </w:r>
          </w:p>
        </w:tc>
        <w:tc>
          <w:tcPr>
            <w:tcW w:type="dxa" w:w="7370"/>
          </w:tcPr>
          <w:p/>
        </w:tc>
      </w:tr>
      <w:tr>
        <w:tc>
          <w:tcPr>
            <w:tcW w:type="dxa" w:w="2268"/>
          </w:tcPr>
          <w:p>
            <w:r>
              <w:t>Телефон</w:t>
            </w:r>
          </w:p>
        </w:tc>
        <w:tc>
          <w:tcPr>
            <w:tcW w:type="dxa" w:w="7370"/>
          </w:tcPr>
          <w:p/>
        </w:tc>
      </w:tr>
      <w:tr>
        <w:tc>
          <w:tcPr>
            <w:tcW w:type="dxa" w:w="2268"/>
          </w:tcPr>
          <w:p>
            <w:r>
              <w:t>Банк</w:t>
            </w:r>
          </w:p>
        </w:tc>
        <w:tc>
          <w:tcPr>
            <w:tcW w:type="dxa" w:w="7370"/>
          </w:tcPr>
          <w:p/>
        </w:tc>
      </w:tr>
      <w:tr>
        <w:tc>
          <w:tcPr>
            <w:tcW w:type="dxa" w:w="2268"/>
          </w:tcPr>
          <w:p>
            <w:r>
              <w:t>Расчётный счёт</w:t>
            </w:r>
          </w:p>
        </w:tc>
        <w:tc>
          <w:tcPr>
            <w:tcW w:type="dxa" w:w="7370"/>
          </w:tcPr>
          <w:p/>
        </w:tc>
      </w:tr>
      <w:tr>
        <w:tc>
          <w:tcPr>
            <w:tcW w:type="dxa" w:w="2268"/>
          </w:tcPr>
          <w:p>
            <w:r>
              <w:t>БИК</w:t>
            </w:r>
          </w:p>
        </w:tc>
        <w:tc>
          <w:tcPr>
            <w:tcW w:type="dxa" w:w="7370"/>
          </w:tcPr>
          <w:p/>
        </w:tc>
      </w:tr>
    </w:tbl>
    <w:p/>
    <w:p>
      <w:r>
        <w:rPr>
          <w:b/>
        </w:rPr>
        <w:t>Покупатель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2268"/>
          </w:tcPr>
          <w:p>
            <w:r>
              <w:t>Наименование</w:t>
            </w:r>
          </w:p>
        </w:tc>
        <w:tc>
          <w:tcPr>
            <w:tcW w:type="dxa" w:w="7370"/>
          </w:tcPr>
          <w:p/>
        </w:tc>
      </w:tr>
      <w:tr>
        <w:tc>
          <w:tcPr>
            <w:tcW w:type="dxa" w:w="2268"/>
          </w:tcPr>
          <w:p>
            <w:r>
              <w:t>ИНН</w:t>
            </w:r>
          </w:p>
        </w:tc>
        <w:tc>
          <w:tcPr>
            <w:tcW w:type="dxa" w:w="7370"/>
          </w:tcPr>
          <w:p/>
        </w:tc>
      </w:tr>
      <w:tr>
        <w:tc>
          <w:tcPr>
            <w:tcW w:type="dxa" w:w="2268"/>
          </w:tcPr>
          <w:p>
            <w:r>
              <w:t>ОКПО</w:t>
            </w:r>
          </w:p>
        </w:tc>
        <w:tc>
          <w:tcPr>
            <w:tcW w:type="dxa" w:w="7370"/>
          </w:tcPr>
          <w:p/>
        </w:tc>
      </w:tr>
      <w:tr>
        <w:tc>
          <w:tcPr>
            <w:tcW w:type="dxa" w:w="2268"/>
          </w:tcPr>
          <w:p>
            <w:r>
              <w:t>Адрес</w:t>
            </w:r>
          </w:p>
        </w:tc>
        <w:tc>
          <w:tcPr>
            <w:tcW w:type="dxa" w:w="7370"/>
          </w:tcPr>
          <w:p/>
        </w:tc>
      </w:tr>
      <w:tr>
        <w:tc>
          <w:tcPr>
            <w:tcW w:type="dxa" w:w="2268"/>
          </w:tcPr>
          <w:p>
            <w:r>
              <w:t>Телефон</w:t>
            </w:r>
          </w:p>
        </w:tc>
        <w:tc>
          <w:tcPr>
            <w:tcW w:type="dxa" w:w="7370"/>
          </w:tcPr>
          <w:p/>
        </w:tc>
      </w:tr>
      <w:tr>
        <w:tc>
          <w:tcPr>
            <w:tcW w:type="dxa" w:w="2268"/>
          </w:tcPr>
          <w:p>
            <w:r>
              <w:t>Банк</w:t>
            </w:r>
          </w:p>
        </w:tc>
        <w:tc>
          <w:tcPr>
            <w:tcW w:type="dxa" w:w="7370"/>
          </w:tcPr>
          <w:p/>
        </w:tc>
      </w:tr>
      <w:tr>
        <w:tc>
          <w:tcPr>
            <w:tcW w:type="dxa" w:w="2268"/>
          </w:tcPr>
          <w:p>
            <w:r>
              <w:t>Расчётный счёт</w:t>
            </w:r>
          </w:p>
        </w:tc>
        <w:tc>
          <w:tcPr>
            <w:tcW w:type="dxa" w:w="7370"/>
          </w:tcPr>
          <w:p/>
        </w:tc>
      </w:tr>
      <w:tr>
        <w:tc>
          <w:tcPr>
            <w:tcW w:type="dxa" w:w="2268"/>
          </w:tcPr>
          <w:p>
            <w:r>
              <w:t>БИК</w:t>
            </w:r>
          </w:p>
        </w:tc>
        <w:tc>
          <w:tcPr>
            <w:tcW w:type="dxa" w:w="7370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567"/>
          </w:tcPr>
          <w:p>
            <w:pPr>
              <w:jc w:val="center"/>
            </w:pPr>
            <w:r>
              <w:rPr>
                <w:b/>
              </w:rPr>
              <w:t>№</w:t>
            </w:r>
          </w:p>
        </w:tc>
        <w:tc>
          <w:tcPr>
            <w:tcW w:type="dxa" w:w="4535"/>
          </w:tcPr>
          <w:p>
            <w:pPr>
              <w:jc w:val="center"/>
            </w:pPr>
            <w:r>
              <w:rPr>
                <w:b/>
              </w:rPr>
              <w:t>Наименование товара или услуги</w:t>
            </w:r>
          </w:p>
        </w:tc>
        <w:tc>
          <w:tcPr>
            <w:tcW w:type="dxa" w:w="850"/>
          </w:tcPr>
          <w:p>
            <w:pPr>
              <w:jc w:val="center"/>
            </w:pPr>
            <w:r>
              <w:rPr>
                <w:b/>
              </w:rPr>
              <w:t>Ед.</w:t>
            </w:r>
          </w:p>
        </w:tc>
        <w:tc>
          <w:tcPr>
            <w:tcW w:type="dxa" w:w="1134"/>
          </w:tcPr>
          <w:p>
            <w:pPr>
              <w:jc w:val="center"/>
            </w:pPr>
            <w:r>
              <w:rPr>
                <w:b/>
              </w:rPr>
              <w:t>Кол-во</w:t>
            </w:r>
          </w:p>
        </w:tc>
        <w:tc>
          <w:tcPr>
            <w:tcW w:type="dxa" w:w="1417"/>
          </w:tcPr>
          <w:p>
            <w:pPr>
              <w:jc w:val="center"/>
            </w:pPr>
            <w:r>
              <w:rPr>
                <w:b/>
              </w:rPr>
              <w:t>Цена, сом</w:t>
            </w:r>
          </w:p>
        </w:tc>
        <w:tc>
          <w:tcPr>
            <w:tcW w:type="dxa" w:w="1701"/>
          </w:tcPr>
          <w:p>
            <w:pPr>
              <w:jc w:val="center"/>
            </w:pPr>
            <w:r>
              <w:rPr>
                <w:b/>
              </w:rPr>
              <w:t>Сумма, сом</w:t>
            </w:r>
          </w:p>
        </w:tc>
      </w:tr>
      <w:tr>
        <w:tc>
          <w:tcPr>
            <w:tcW w:type="dxa" w:w="567"/>
          </w:tcPr>
          <w:p>
            <w:r>
              <w:t>1</w:t>
            </w:r>
          </w:p>
        </w:tc>
        <w:tc>
          <w:tcPr>
            <w:tcW w:type="dxa" w:w="4535"/>
          </w:tcPr>
          <w:p/>
        </w:tc>
        <w:tc>
          <w:tcPr>
            <w:tcW w:type="dxa" w:w="850"/>
          </w:tcPr>
          <w:p/>
        </w:tc>
        <w:tc>
          <w:tcPr>
            <w:tcW w:type="dxa" w:w="1134"/>
          </w:tcPr>
          <w:p/>
        </w:tc>
        <w:tc>
          <w:tcPr>
            <w:tcW w:type="dxa" w:w="1417"/>
          </w:tcPr>
          <w:p/>
        </w:tc>
        <w:tc>
          <w:tcPr>
            <w:tcW w:type="dxa" w:w="1701"/>
          </w:tcPr>
          <w:p/>
        </w:tc>
      </w:tr>
      <w:tr>
        <w:tc>
          <w:tcPr>
            <w:tcW w:type="dxa" w:w="567"/>
          </w:tcPr>
          <w:p>
            <w:r>
              <w:t>2</w:t>
            </w:r>
          </w:p>
        </w:tc>
        <w:tc>
          <w:tcPr>
            <w:tcW w:type="dxa" w:w="4535"/>
          </w:tcPr>
          <w:p/>
        </w:tc>
        <w:tc>
          <w:tcPr>
            <w:tcW w:type="dxa" w:w="850"/>
          </w:tcPr>
          <w:p/>
        </w:tc>
        <w:tc>
          <w:tcPr>
            <w:tcW w:type="dxa" w:w="1134"/>
          </w:tcPr>
          <w:p/>
        </w:tc>
        <w:tc>
          <w:tcPr>
            <w:tcW w:type="dxa" w:w="1417"/>
          </w:tcPr>
          <w:p/>
        </w:tc>
        <w:tc>
          <w:tcPr>
            <w:tcW w:type="dxa" w:w="1701"/>
          </w:tcPr>
          <w:p/>
        </w:tc>
      </w:tr>
      <w:tr>
        <w:tc>
          <w:tcPr>
            <w:tcW w:type="dxa" w:w="567"/>
          </w:tcPr>
          <w:p>
            <w:r>
              <w:t>3</w:t>
            </w:r>
          </w:p>
        </w:tc>
        <w:tc>
          <w:tcPr>
            <w:tcW w:type="dxa" w:w="4535"/>
          </w:tcPr>
          <w:p/>
        </w:tc>
        <w:tc>
          <w:tcPr>
            <w:tcW w:type="dxa" w:w="850"/>
          </w:tcPr>
          <w:p/>
        </w:tc>
        <w:tc>
          <w:tcPr>
            <w:tcW w:type="dxa" w:w="1134"/>
          </w:tcPr>
          <w:p/>
        </w:tc>
        <w:tc>
          <w:tcPr>
            <w:tcW w:type="dxa" w:w="1417"/>
          </w:tcPr>
          <w:p/>
        </w:tc>
        <w:tc>
          <w:tcPr>
            <w:tcW w:type="dxa" w:w="1701"/>
          </w:tcPr>
          <w:p/>
        </w:tc>
      </w:tr>
      <w:tr>
        <w:tc>
          <w:tcPr>
            <w:tcW w:type="dxa" w:w="567"/>
          </w:tcPr>
          <w:p>
            <w:r>
              <w:t>4</w:t>
            </w:r>
          </w:p>
        </w:tc>
        <w:tc>
          <w:tcPr>
            <w:tcW w:type="dxa" w:w="4535"/>
          </w:tcPr>
          <w:p/>
        </w:tc>
        <w:tc>
          <w:tcPr>
            <w:tcW w:type="dxa" w:w="850"/>
          </w:tcPr>
          <w:p/>
        </w:tc>
        <w:tc>
          <w:tcPr>
            <w:tcW w:type="dxa" w:w="1134"/>
          </w:tcPr>
          <w:p/>
        </w:tc>
        <w:tc>
          <w:tcPr>
            <w:tcW w:type="dxa" w:w="1417"/>
          </w:tcPr>
          <w:p/>
        </w:tc>
        <w:tc>
          <w:tcPr>
            <w:tcW w:type="dxa" w:w="1701"/>
          </w:tcPr>
          <w:p/>
        </w:tc>
      </w:tr>
      <w:tr>
        <w:tc>
          <w:tcPr>
            <w:tcW w:type="dxa" w:w="567"/>
          </w:tcPr>
          <w:p>
            <w:r>
              <w:t>5</w:t>
            </w:r>
          </w:p>
        </w:tc>
        <w:tc>
          <w:tcPr>
            <w:tcW w:type="dxa" w:w="4535"/>
          </w:tcPr>
          <w:p/>
        </w:tc>
        <w:tc>
          <w:tcPr>
            <w:tcW w:type="dxa" w:w="850"/>
          </w:tcPr>
          <w:p/>
        </w:tc>
        <w:tc>
          <w:tcPr>
            <w:tcW w:type="dxa" w:w="1134"/>
          </w:tcPr>
          <w:p/>
        </w:tc>
        <w:tc>
          <w:tcPr>
            <w:tcW w:type="dxa" w:w="1417"/>
          </w:tcPr>
          <w:p/>
        </w:tc>
        <w:tc>
          <w:tcPr>
            <w:tcW w:type="dxa" w:w="1701"/>
          </w:tcPr>
          <w:p/>
        </w:tc>
      </w:tr>
      <w:tr>
        <w:tc>
          <w:tcPr>
            <w:tcW w:type="dxa" w:w="567"/>
          </w:tcPr>
          <w:p>
            <w:r>
              <w:t>6</w:t>
            </w:r>
          </w:p>
        </w:tc>
        <w:tc>
          <w:tcPr>
            <w:tcW w:type="dxa" w:w="4535"/>
          </w:tcPr>
          <w:p/>
        </w:tc>
        <w:tc>
          <w:tcPr>
            <w:tcW w:type="dxa" w:w="850"/>
          </w:tcPr>
          <w:p/>
        </w:tc>
        <w:tc>
          <w:tcPr>
            <w:tcW w:type="dxa" w:w="1134"/>
          </w:tcPr>
          <w:p/>
        </w:tc>
        <w:tc>
          <w:tcPr>
            <w:tcW w:type="dxa" w:w="1417"/>
          </w:tcPr>
          <w:p/>
        </w:tc>
        <w:tc>
          <w:tcPr>
            <w:tcW w:type="dxa" w:w="1701"/>
          </w:tcPr>
          <w:p/>
        </w:tc>
      </w:tr>
      <w:tr>
        <w:tc>
          <w:tcPr>
            <w:tcW w:type="dxa" w:w="567"/>
          </w:tcPr>
          <w:p>
            <w:r>
              <w:t>7</w:t>
            </w:r>
          </w:p>
        </w:tc>
        <w:tc>
          <w:tcPr>
            <w:tcW w:type="dxa" w:w="4535"/>
          </w:tcPr>
          <w:p/>
        </w:tc>
        <w:tc>
          <w:tcPr>
            <w:tcW w:type="dxa" w:w="850"/>
          </w:tcPr>
          <w:p/>
        </w:tc>
        <w:tc>
          <w:tcPr>
            <w:tcW w:type="dxa" w:w="1134"/>
          </w:tcPr>
          <w:p/>
        </w:tc>
        <w:tc>
          <w:tcPr>
            <w:tcW w:type="dxa" w:w="1417"/>
          </w:tcPr>
          <w:p/>
        </w:tc>
        <w:tc>
          <w:tcPr>
            <w:tcW w:type="dxa" w:w="1701"/>
          </w:tcPr>
          <w:p/>
        </w:tc>
      </w:tr>
      <w:tr>
        <w:tc>
          <w:tcPr>
            <w:tcW w:type="dxa" w:w="567"/>
          </w:tcPr>
          <w:p>
            <w:r>
              <w:t>8</w:t>
            </w:r>
          </w:p>
        </w:tc>
        <w:tc>
          <w:tcPr>
            <w:tcW w:type="dxa" w:w="4535"/>
          </w:tcPr>
          <w:p/>
        </w:tc>
        <w:tc>
          <w:tcPr>
            <w:tcW w:type="dxa" w:w="850"/>
          </w:tcPr>
          <w:p/>
        </w:tc>
        <w:tc>
          <w:tcPr>
            <w:tcW w:type="dxa" w:w="1134"/>
          </w:tcPr>
          <w:p/>
        </w:tc>
        <w:tc>
          <w:tcPr>
            <w:tcW w:type="dxa" w:w="1417"/>
          </w:tcPr>
          <w:p/>
        </w:tc>
        <w:tc>
          <w:tcPr>
            <w:tcW w:type="dxa" w:w="1701"/>
          </w:tcPr>
          <w:p/>
        </w:tc>
      </w:tr>
    </w:tbl>
    <w:p>
      <w:pPr>
        <w:jc w:val="right"/>
      </w:pPr>
      <w:r>
        <w:rPr>
          <w:b w:val="0"/>
        </w:rPr>
        <w:t>Итого по позициям: ____________</w:t>
      </w:r>
    </w:p>
    <w:p>
      <w:pPr>
        <w:jc w:val="right"/>
      </w:pPr>
      <w:r>
        <w:rPr>
          <w:b w:val="0"/>
        </w:rPr>
        <w:t>НДС 12 %: ____________</w:t>
      </w:r>
    </w:p>
    <w:p>
      <w:pPr>
        <w:jc w:val="right"/>
      </w:pPr>
      <w:r>
        <w:rPr>
          <w:b w:val="0"/>
        </w:rPr>
        <w:t>Налог с продаж: ____________</w:t>
      </w:r>
    </w:p>
    <w:p>
      <w:pPr>
        <w:jc w:val="right"/>
      </w:pPr>
      <w:r>
        <w:rPr>
          <w:b/>
        </w:rPr>
        <w:t>ВСЕГО К ОПЛАТЕ: ____________</w:t>
      </w:r>
    </w:p>
    <w:p>
      <w:r>
        <w:t>Всего наименований ______, на сумму ____________________________ сом</w:t>
      </w:r>
    </w:p>
    <w:p/>
    <w:p>
      <w:r>
        <w:t>Руководитель ____________________ /____________________/</w:t>
      </w:r>
    </w:p>
    <w:p>
      <w:r>
        <w:t>Бухгалтер ____________________ /____________________/</w:t>
      </w:r>
    </w:p>
    <w:p>
      <w:r>
        <w:t>М.П.</w:t>
      </w:r>
    </w:p>
    <w:p/>
    <w:p>
      <w:r>
        <w:rPr>
          <w:sz w:val="16"/>
        </w:rPr>
        <w:t>Бланк подготовлен Реестром (reestr.kg). Заполнить счёт по ИНН автоматически: https://reestr.kg/schet-na-oplatu</w:t>
      </w:r>
    </w:p>
    <w:sectPr w:rsidR="00FC693F" w:rsidRPr="0006063C" w:rsidSect="00034616"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